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Mowers Risk Assessment</w:t>
      </w:r>
    </w:p>
    <w:p>
      <w:pPr>
        <w:spacing w:after="40"/>
      </w:pPr>
      <w:r>
        <w:rPr>
          <w:b/>
        </w:rPr>
        <w:t xml:space="preserve">Site / activity: </w:t>
      </w:r>
      <w:r>
        <w:t>Squirrel Wood Scout Campsite</w:t>
      </w:r>
    </w:p>
    <w:p>
      <w:pPr>
        <w:spacing w:after="40"/>
      </w:pPr>
      <w:r>
        <w:rPr>
          <w:b/>
        </w:rPr>
        <w:t xml:space="preserve">Prepared by: </w:t>
      </w:r>
      <w:r>
        <w:t>Andy McAteer (Support Team Lead)</w:t>
      </w:r>
    </w:p>
    <w:p>
      <w:pPr>
        <w:spacing w:after="40"/>
      </w:pPr>
      <w:r>
        <w:rPr>
          <w:b/>
        </w:rPr>
        <w:t xml:space="preserve">Date: </w:t>
      </w:r>
      <w:r>
        <w:t>17/03/2026</w:t>
      </w:r>
    </w:p>
    <w:p>
      <w:pPr>
        <w:spacing w:after="40"/>
      </w:pPr>
      <w:r>
        <w:rPr>
          <w:b/>
        </w:rPr>
        <w:t xml:space="preserve">Review: </w:t>
      </w:r>
      <w:r>
        <w:t>This document is reviewed annually. We can review it sooner if needed.</w:t>
      </w:r>
    </w:p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12"/>
        <w:gridCol w:w="2016"/>
        <w:gridCol w:w="7272"/>
        <w:gridCol w:w="2506"/>
      </w:tblGrid>
      <w:tr>
        <w:trPr>
          <w:tblHeader w:val="true"/>
          <w:cantSplit w:val="true"/>
        </w:trPr>
        <w:tc>
          <w:tcPr>
            <w:tcW w:type="dxa" w:w="3312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Hazard / activity</w:t>
            </w:r>
          </w:p>
        </w:tc>
        <w:tc>
          <w:tcPr>
            <w:tcW w:type="dxa" w:w="2016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People involved</w:t>
            </w:r>
          </w:p>
        </w:tc>
        <w:tc>
          <w:tcPr>
            <w:tcW w:type="dxa" w:w="7272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Control measures / procedure</w:t>
            </w:r>
          </w:p>
        </w:tc>
        <w:tc>
          <w:tcPr>
            <w:tcW w:type="dxa" w:w="2506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Review / notes</w:t>
            </w:r>
          </w:p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Contact with blades causing severe cuts or amputation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3 | Rating: 3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Guards in place, trained use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Flying debris causing eye injuries or cuts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Others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Area cleared, PPE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Slips on wet or enever ground causing falls or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Suitable footwear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Rollover of ride-on mower causing crush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3 | Rating: 3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Avoid slopes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Loss of control on slopes causing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3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Safe operation techniques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Clearing blockages causing hand injury if machine active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3 | Rating: 3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Switch off before clearing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Fuel handling causing fire or burns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2 | Rating: 2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Safe refuelling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Noise exposure causing hearing damage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1 | Rating: 2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Ear protection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Hidden objects causing sudden impact or debris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Area inspection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Young people entering area causing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3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Young people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Ensure exclusion zones are in place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</w:tbl>
    <w:p>
      <w:r>
        <w:t>The Squirrel Wood Management Team will monitor and review the controls to reduce risk.</w:t>
      </w:r>
    </w:p>
    <w:p>
      <w:r>
        <w:t xml:space="preserve">The information contained within this Risk Assessment should be taken as the minimum requirement and </w:t>
      </w:r>
    </w:p>
    <w:p>
      <w:r>
        <w:t>is not to be considered exhaustive.</w:t>
      </w:r>
    </w:p>
    <w:p>
      <w:r>
        <w:t>Reviewed by: ____________________    Date: ____________________    Changes: ____________________</w:t>
      </w:r>
    </w:p>
    <w:p>
      <w:r>
        <w:t>Checked by Operations Manager: ____________________    Date: ____________________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1512" w:right="864" w:bottom="720" w:left="864" w:header="36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4400" w:val="right"/>
      </w:tabs>
      <w:spacing w:after="0"/>
    </w:pPr>
    <w:r>
      <w:rPr>
        <w:sz w:val="16"/>
      </w:rPr>
      <w:t>Squirrel Wood Scout Campsite</w:t>
      <w:tab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</w:pPr>
    <w:r>
      <w:rPr>
        <w:sz w:val="2"/>
      </w:rPr>
    </w: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553"/>
      <w:gridCol w:w="7553"/>
    </w:tblGrid>
    <w:tr>
      <w:tc>
        <w:tcPr>
          <w:tcW w:type="dxa" w:w="7553"/>
          <w:vAlign w:val="center"/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68790" cy="47548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Q-Logo-red@144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8790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553"/>
          <w:vAlign w:val="center"/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358446" cy="47548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D_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8446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